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2"/>
          <w:u w:val="single"/>
        </w:rPr>
        <w:t>STATUTORY GENERAL POWER OF ATTORNEY</w:t>
      </w:r>
    </w:p>
    <w:p>
      <w:pPr>
        <w:jc w:val="center"/>
      </w:pPr>
      <w:r>
        <w:rPr>
          <w:rFonts w:ascii="Times New Roman" w:hAnsi="Times New Roman"/>
          <w:b/>
          <w:sz w:val="22"/>
          <w:u w:val="none"/>
        </w:rPr>
        <w:t>STATE OF ALABAMA (ALABAMA CODE § 26-1A-101 ET SEQ.)</w:t>
      </w:r>
    </w:p>
    <w:p>
      <w:r>
        <w:rPr>
          <w:rFonts w:ascii="Times New Roman" w:hAnsi="Times New Roman"/>
          <w:b/>
          <w:sz w:val="18"/>
          <w:u w:val="none"/>
        </w:rPr>
        <w:t>NOTICE: THE POWERS GRANTED BY THIS DOCUMENT ARE BROAD AND SWEEPING. THEY ARE EXPLAINED IN THE UNIFORM POWER OF ATTORNEY ACT, ALABAMA CODE 1975, SECTION 26-1A-101 ET SEQ. IF YOU HAVE QUESTIONS ABOUT THESE POWERS, YOU SHOULD ASK A LAWYER TO EXPLAIN THEM TO YOU.</w:t>
      </w:r>
    </w:p>
    <w:p>
      <w:r>
        <w:rPr>
          <w:rFonts w:ascii="Times New Roman" w:hAnsi="Times New Roman"/>
          <w:b w:val="0"/>
          <w:sz w:val="22"/>
          <w:u w:val="none"/>
        </w:rPr>
        <w:t>1. PRINCIPAL DESIGNATION:</w:t>
        <w:br/>
        <w:t>I, __________________________________________________ (Name of Principal), residing at __________________________________________________, appoint __________________________________________________ (Name of Agent) as my attorney-in-fact (agent).</w:t>
      </w:r>
    </w:p>
    <w:p>
      <w:r>
        <w:rPr>
          <w:rFonts w:ascii="Times New Roman" w:hAnsi="Times New Roman"/>
          <w:b w:val="0"/>
          <w:sz w:val="20"/>
          <w:u w:val="none"/>
        </w:rPr>
        <w:t>2. GRANT OF GENERAL AUTHORITY:</w:t>
        <w:br/>
        <w:t>I grant my agent general authority to act for me with respect to the following subjects as defined in the Alabama Uniform Power of Attorney Act:</w:t>
        <w:br/>
        <w:t>[X] Real Property</w:t>
        <w:br/>
        <w:t>[X] Tangible Personal Property</w:t>
        <w:br/>
        <w:t>[X] Stocks, Bonds &amp; Financial Accounts</w:t>
        <w:br/>
        <w:t>[X] Banks and Other Financial Institutions</w:t>
        <w:br/>
        <w:t>[X] Operation of Entity or Business</w:t>
        <w:br/>
        <w:t>[X] Insurance and Annuities</w:t>
        <w:br/>
        <w:t>[X] Estates, Trusts, and Other Beneficial Interests</w:t>
        <w:br/>
        <w:t>[X] Claims and Litigation</w:t>
        <w:br/>
        <w:t>[X] Personal and Family Maintenance</w:t>
        <w:br/>
        <w:t>[X] Benefits from Governmental Programs or Civil or Military Service</w:t>
        <w:br/>
        <w:t>[X] Retirement Plans</w:t>
        <w:br/>
        <w:t>[X] Taxes</w:t>
      </w:r>
    </w:p>
    <w:p>
      <w:r>
        <w:rPr>
          <w:rFonts w:ascii="Times New Roman" w:hAnsi="Times New Roman"/>
          <w:b/>
          <w:sz w:val="22"/>
          <w:u w:val="none"/>
        </w:rPr>
        <w:t>3. DURABILITY:</w:t>
        <w:br/>
        <w:t>This power of attorney is durable and shall not be affected by subsequent disability or incapacity of the principal (Ala. Code § 26-1A-104).</w:t>
      </w:r>
    </w:p>
    <w:p>
      <w:r>
        <w:rPr>
          <w:rFonts w:ascii="Times New Roman" w:hAnsi="Times New Roman"/>
          <w:b w:val="0"/>
          <w:sz w:val="22"/>
          <w:u w:val="none"/>
        </w:rPr>
        <w:t>IN WITNESS WHEREOF, I have executed this Power of Attorney this _____ day of __________________, 20____.</w:t>
        <w:br/>
        <w:br/>
        <w:t>__________________________________________</w:t>
        <w:br/>
        <w:t>Principal Signature</w:t>
        <w:br/>
        <w:t>Printed Name: ____________________________</w:t>
      </w:r>
    </w:p>
    <w:p>
      <w:r>
        <w:rPr>
          <w:rFonts w:ascii="Times New Roman" w:hAnsi="Times New Roman"/>
          <w:b w:val="0"/>
          <w:sz w:val="20"/>
          <w:u w:val="none"/>
        </w:rPr>
        <w:t>STATE OF ALABAMA, COUNTY OF ____________________</w:t>
        <w:br/>
        <w:t>I, a Notary Public in and for said County and State, hereby certify that ________________________________________, whose name is signed to the foregoing document, and who is known to me, acknowledged before me on this day that, being informed of the contents of the document, he/she executed the same voluntarily on the day the same bears date.</w:t>
        <w:br/>
        <w:br/>
        <w:t>Given under my hand and official seal this _____ day of __________________, 20____.</w:t>
        <w:br/>
        <w:br/>
        <w:t>__________________________________________</w:t>
        <w:br/>
        <w:t>Notary Public, State of Alabama</w:t>
        <w:br/>
        <w:t>My Commission Expires: 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