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Times New Roman" w:hAnsi="Times New Roman"/>
          <w:b w:val="0"/>
          <w:sz w:val="20"/>
          <w:u w:val="none"/>
        </w:rPr>
        <w:t>RECORDING REQUESTED BY AND WHEN RECORDED MAIL TO:</w:t>
        <w:br/>
        <w:t>Name: __________________________________________</w:t>
        <w:br/>
        <w:t>Address: _______________________________________</w:t>
        <w:br/>
        <w:t>Assessor's Parcel Number (APN): ________________</w:t>
        <w:br/>
        <w:br/>
        <w:t>MAIL TAX STATEMENTS TO:</w:t>
        <w:br/>
        <w:t>Name: __________________________________________</w:t>
        <w:br/>
        <w:t>Address: _______________________________________</w:t>
      </w:r>
    </w:p>
    <w:p>
      <w:pPr>
        <w:jc w:val="center"/>
      </w:pPr>
      <w:r>
        <w:rPr>
          <w:rFonts w:ascii="Times New Roman" w:hAnsi="Times New Roman"/>
          <w:b/>
          <w:sz w:val="32"/>
          <w:u w:val="single"/>
        </w:rPr>
        <w:t>QUITCLAIM DEED</w:t>
      </w:r>
    </w:p>
    <w:p>
      <w:r>
        <w:rPr>
          <w:rFonts w:ascii="Times New Roman" w:hAnsi="Times New Roman"/>
          <w:b/>
          <w:sz w:val="20"/>
          <w:u w:val="none"/>
        </w:rPr>
        <w:t>DOCUMENTARY TRANSFER TAX: $__________ (Computed on full value of property, or computed on full value less liens/encumbrances remaining at time of sale. City Tax: $__________).</w:t>
        <w:br/>
        <w:t>Signature of Declarant / Agent determining tax: ____________________________________</w:t>
      </w:r>
    </w:p>
    <w:p>
      <w:r>
        <w:rPr>
          <w:rFonts w:ascii="Times New Roman" w:hAnsi="Times New Roman"/>
          <w:b w:val="0"/>
          <w:sz w:val="22"/>
          <w:u w:val="none"/>
        </w:rPr>
        <w:t>FOR A VALUABLE CONSIDERATION, receipt of which is hereby acknowledged,</w:t>
        <w:br/>
        <w:t>__________________________________________________ (Grantor)</w:t>
        <w:br/>
        <w:t>Hereby REMISE, RELEASE AND FOREVER QUITCLAIM to:</w:t>
        <w:br/>
        <w:t>__________________________________________________ (Grantee)</w:t>
        <w:br/>
        <w:t>The following described real property in the City of ____________________, County of ____________________, State of California:</w:t>
      </w:r>
    </w:p>
    <w:p>
      <w:r>
        <w:rPr>
          <w:rFonts w:ascii="Times New Roman" w:hAnsi="Times New Roman"/>
          <w:b/>
          <w:sz w:val="20"/>
          <w:u w:val="none"/>
        </w:rPr>
        <w:t>[INSERT COMPLETE CALIFORNIA LEGAL DESCRIPTION OR LOT/BLOCK/MAP BOOK DESCRIPTION]</w:t>
        <w:br/>
        <w:t>Commonly known as: __________________________________________________</w:t>
      </w:r>
    </w:p>
    <w:p>
      <w:r>
        <w:rPr>
          <w:rFonts w:ascii="Times New Roman" w:hAnsi="Times New Roman"/>
          <w:b w:val="0"/>
          <w:sz w:val="22"/>
          <w:u w:val="none"/>
        </w:rPr>
        <w:t>Dated: ________________________, 20____</w:t>
        <w:br/>
        <w:br/>
        <w:t>__________________________________________</w:t>
        <w:br/>
        <w:t>Grantor Signature</w:t>
        <w:br/>
        <w:br/>
        <w:t>__________________________________________</w:t>
        <w:br/>
        <w:t>Grantor Printed Name</w:t>
      </w:r>
    </w:p>
    <w:p>
      <w:r>
        <w:rPr>
          <w:rFonts w:ascii="Times New Roman" w:hAnsi="Times New Roman"/>
          <w:b w:val="0"/>
          <w:sz w:val="18"/>
          <w:u w:val="none"/>
        </w:rPr>
        <w:t>A notary public or other officer completing this certificate verifies only the identity of the individual who signed the document to which this certificate is attached, and not the truthfulness, accuracy, or validity of that document.</w:t>
        <w:br/>
        <w:br/>
        <w:t>STATE OF CALIFORNIA, COUNTY OF ____________________</w:t>
        <w:br/>
        <w:t>On ________________________ before me, ____________________________________, Notary Public, personally appeared ____________________________________, who proved to me on the basis of satisfactory evidence to be the person(s) whose name(s) is/are subscribed to the within instrument.</w:t>
        <w:br/>
        <w:br/>
        <w:t>WITNESS my hand and official seal.</w:t>
        <w:br/>
        <w:br/>
        <w:t>__________________________________________ (Seal)</w:t>
        <w:br/>
        <w:t>Notary Signature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