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COLORADO QUITCLAIM DEED</w:t>
      </w:r>
    </w:p>
    <w:p>
      <w:r>
        <w:t>STATUTORY FORM PURSUANT TO COLORADO REVISED STATUTES § 38-30-113</w:t>
      </w:r>
    </w:p>
    <w:p>
      <w:r>
        <w:t>THIS QUITCLAIM DEED, made this _____ day of ____________, 20__, between [GRANTOR NAME], whose legal address is [Grantor Address], County of [County], State of Colorado, Grantor, and [GRANTEE NAME], whose legal address is [Grantee Address], Grantee.</w:t>
      </w:r>
    </w:p>
    <w:p>
      <w:r>
        <w:t>WITNESSETH, that the Grantor, for and in consideration of the sum of [Ten and 00/100 Dollars ($10.00)] and other good and valuable consideration, the receipt and sufficiency of which is hereby acknowledged, does hereby REMISE, RELEASE, AND QUITCLAIM unto the Grantee, Grantee's heirs, successors, and assigns forever, all the right, title, interest, claim, and demand which the Grantor has in and to the real property situated in the County of [County Name], State of Colorado, described as follows:</w:t>
      </w:r>
    </w:p>
    <w:p>
      <w:r>
        <w:t>[INSERT LEGAL DESCRIPTION: LOT, BLOCK, SUBDIVISION, OR METES AND BOUNDS AS RECORDED IN THE RECORDS OF THE COUNTY CLERK AND RECORDER]</w:t>
      </w:r>
    </w:p>
    <w:p>
      <w:r>
        <w:t>Also known by street address as: [Property Street Address, City, CO, Zip Code]</w:t>
      </w:r>
    </w:p>
    <w:p>
      <w:r>
        <w:t>TO HAVE AND TO HOLD the same, together with all appurtenances thereunto belonging.</w:t>
      </w:r>
    </w:p>
    <w:p>
      <w:r>
        <w:t>COLORADO DOCUMENTARY FEE: Total Consideration: $ ____________ Documentary Fee: $ ____________</w:t>
      </w:r>
    </w:p>
    <w:p>
      <w:r>
        <w:t>IN WITNESS WHEREOF, the Grantor has executed this deed on the date first written above.</w:t>
      </w:r>
    </w:p>
    <w:p>
      <w:r>
        <w:t>Grantor Signature: _______________________ Printed Name: [Grantor Name]</w:t>
      </w:r>
    </w:p>
    <w:p>
      <w:r>
        <w:t>STATE OF COLORADO, COUNTY OF ______________</w:t>
      </w:r>
    </w:p>
    <w:p>
      <w:r>
        <w:t>The foregoing instrument was acknowledged before me this _____ day of ____________, 20__, by [Grantor Name].</w:t>
      </w:r>
    </w:p>
    <w:p>
      <w:r>
        <w:t>Notary Public, State of Colorado: _______________________ Commission Expires: 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