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MARITAL SETTLEMENT &amp; SEPARATION AGREEMENT</w:t>
      </w:r>
    </w:p>
    <w:p>
      <w:r>
        <w:t>FOR UNCONTESTED DISSOLUTION OF MARRIAGE PROCEEDINGS</w:t>
      </w:r>
    </w:p>
    <w:p>
      <w:r>
        <w:t>IN THE FAMILY / DISTRICT / CIRCUIT COURT OF THE STATE FOR THE COUNTY OF [COUNTY]</w:t>
      </w:r>
    </w:p>
    <w:p>
      <w:r>
        <w:t>IN RE THE MARRIAGE OF: [PETITIONER / SPOUSE 1], Petitioner, and [RESPONDENT / SPOUSE 2], Respondent.</w:t>
      </w:r>
    </w:p>
    <w:p>
      <w:r>
        <w:t>MARITAL DISSOLUTION SETTLEMENT AGREEMENT:</w:t>
      </w:r>
    </w:p>
    <w:p>
      <w:r>
        <w:t>The Parties make this Agreement to amicably resolve all matters arising from their marriage, including division of marital property, debts, spousal support, and custody where applicable.</w:t>
      </w:r>
    </w:p>
    <w:p>
      <w:r>
        <w:t>1. RESIDENCE &amp; JURISDICTION: Both parties acknowledge meeting the statutory residency requirements of this state to invoke jurisdiction for dissolution of marriage.</w:t>
      </w:r>
    </w:p>
    <w:p>
      <w:r>
        <w:t>2. PROPERTY DIVISION: Each party shall retain ownership and sole possession of the personal property, bank accounts, and vehicles currently in their respective possession, free of any claim by the other.</w:t>
      </w:r>
    </w:p>
    <w:p>
      <w:r>
        <w:t>3. REAL ESTATE: Any marital residence shall be [Transferred to Spouse via Quitclaim Deed / Sold with Net Proceeds Divided Equally].</w:t>
      </w:r>
    </w:p>
    <w:p>
      <w:r>
        <w:t>4. DEBTS &amp; LIABILITIES: Each party agrees to be solely responsible for the debts incurred in their individual name since the date of separation.</w:t>
      </w:r>
    </w:p>
    <w:p>
      <w:r>
        <w:t>5. SPOUSAL SUPPORT: [Each party waives spousal support / Spousal support shall be paid in the amount of $ _____ per month for _____ months].</w:t>
      </w:r>
    </w:p>
    <w:p>
      <w:r>
        <w:t>Petitioner Signature: _______________________ Date: ______________</w:t>
      </w:r>
    </w:p>
    <w:p>
      <w:r>
        <w:t>Respondent Signature: _______________________ Date: ______________</w:t>
      </w:r>
    </w:p>
    <w:p>
      <w:r>
        <w:t>NOTARY JURAT:</w:t>
      </w:r>
    </w:p>
    <w:p>
      <w:r>
        <w:t>State of ______________, County of ______________</w:t>
      </w:r>
    </w:p>
    <w:p>
      <w:r>
        <w:t>Subscribed and sworn to before me by both parties on this _____ day of ____________, 20__.</w:t>
      </w:r>
    </w:p>
    <w:p>
      <w:r>
        <w:t>Notary Public: _______________________ Commission Expires: 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