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PETITION FOR EXPUNGEMENT / RECORD SEALING</w:t>
      </w:r>
    </w:p>
    <w:p>
      <w:r>
        <w:t>IN THE DISTRICT / CIRCUIT COURT OF THE STATE</w:t>
      </w:r>
    </w:p>
    <w:p>
      <w:r>
        <w:t>COMES NOW the Petitioner, [PETITIONER NAME], respectfully petitioning this Honorable Court for an Order of Expungement pursuant to applicable state statutes, and in support thereof states as follows:</w:t>
      </w:r>
    </w:p>
    <w:p>
      <w:r>
        <w:t>1. Petitioner's Full Legal Name: [Petitioner Name], Date of Birth: [MM/DD/YYYY], Social Security Number: [XXX-XX-XXXX].</w:t>
      </w:r>
    </w:p>
    <w:p>
      <w:r>
        <w:t>2. On or about [Date of Arrest/Charge], Petitioner was arrested or charged by the [Law Enforcement Agency] under Case/Docket Number: [Case Number] for the alleged offense of: [Offense Description].</w:t>
      </w:r>
    </w:p>
    <w:p>
      <w:r>
        <w:t>3. Disposition: The aforementioned charge resulted in [Dismissal / Acquittal / Successful Completion of Deferred Adjudication / Eligible Conviction].</w:t>
      </w:r>
    </w:p>
    <w:p>
      <w:r>
        <w:t>4. Petitioner has fulfilled all statutory waiting periods, paid all ordered restitution and court costs, and has no pending criminal charges.</w:t>
      </w:r>
    </w:p>
    <w:p>
      <w:r>
        <w:t>WHEREFORE, Petitioner respectfully prays that this Court enter an Order directing all law enforcement, judicial, and state repository agencies to expunge and seal all records pertaining to this arrest and proceeding.</w:t>
      </w:r>
    </w:p>
    <w:p>
      <w:r>
        <w:t>VERIFICATION &amp; NOTARY ACKNOWLEDGMENT:</w:t>
      </w:r>
    </w:p>
    <w:p>
      <w:r>
        <w:t>I, [Petitioner Name], declare under penalty of perjury that the foregoing statements are true and correct to the best of my knowledge.</w:t>
      </w:r>
    </w:p>
    <w:p>
      <w:r>
        <w:t>Petitioner Signature: _______________________ Date: ______________</w:t>
      </w:r>
    </w:p>
    <w:p>
      <w:r>
        <w:t>Subscribed and sworn to before me this _____ day of ____________, 20__ by [Petitioner Name].</w:t>
      </w:r>
    </w:p>
    <w:p>
      <w:r>
        <w:t>Notary Public: _______________________ Commission Expires: 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