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u w:val="single"/>
        </w:rPr>
        <w:t>FLORIDA QUITCLAIM DEED</w:t>
      </w:r>
    </w:p>
    <w:p>
      <w:r>
        <w:rPr>
          <w:rFonts w:ascii="Times New Roman" w:hAnsi="Times New Roman"/>
          <w:b/>
          <w:sz w:val="24"/>
          <w:u w:val="none"/>
        </w:rPr>
        <w:t>STATE OF FLORIDA</w:t>
        <w:br/>
        <w:t>COUNTY OF ____________________</w:t>
      </w:r>
    </w:p>
    <w:p>
      <w:r>
        <w:rPr>
          <w:rFonts w:ascii="Times New Roman" w:hAnsi="Times New Roman"/>
          <w:b w:val="0"/>
          <w:sz w:val="22"/>
          <w:u w:val="none"/>
        </w:rPr>
        <w:t>THIS QUITCLAIM DEED, Executed this _____ day of __________________, 20____,</w:t>
        <w:br/>
        <w:t>By first party, Grantor, __________________________________________________,</w:t>
        <w:br/>
        <w:t>Whose post office address is __________________________________________________,</w:t>
        <w:br/>
        <w:t>To second party, Grantee, __________________________________________________,</w:t>
        <w:br/>
        <w:t>Whose post office address is __________________________________________________.</w:t>
      </w:r>
    </w:p>
    <w:p>
      <w:r>
        <w:rPr>
          <w:rFonts w:ascii="Times New Roman" w:hAnsi="Times New Roman"/>
          <w:b w:val="0"/>
          <w:sz w:val="22"/>
          <w:u w:val="none"/>
        </w:rPr>
        <w:t>WITNESSETH, That the said first party, for and in consideration of the sum of TEN AND NO/100 DOLLARS ($10.00) in hand paid by the said second party, does hereby remise, release, and quitclaim unto the said second party forever, all the right, title, interest, and claim which the said first party has in and to the following described parcel of land in ____________________ County, Florida:</w:t>
      </w:r>
    </w:p>
    <w:p>
      <w:r>
        <w:rPr>
          <w:rFonts w:ascii="Times New Roman" w:hAnsi="Times New Roman"/>
          <w:b/>
          <w:sz w:val="20"/>
          <w:u w:val="none"/>
        </w:rPr>
        <w:t>[INSERT FLORIDA LEGAL DESCRIPTION: LOT, BLOCK, SUBDIVISION RECORDED IN PLAT BOOK _______, PAGE _______, OR METES AND BOUNDS. PARCEL IDENTIFICATION NUMBER (PIN): ____________________]</w:t>
      </w:r>
    </w:p>
    <w:p>
      <w:r>
        <w:rPr>
          <w:rFonts w:ascii="Times New Roman" w:hAnsi="Times New Roman"/>
          <w:b w:val="0"/>
          <w:sz w:val="22"/>
          <w:u w:val="none"/>
        </w:rPr>
        <w:t>TO HAVE AND TO HOLD the same together with all and singular the appurtenances thereunto belonging or in anywise appertaining, and all the estate, right, title, and interest of the said first party.</w:t>
      </w:r>
    </w:p>
    <w:p>
      <w:r>
        <w:rPr>
          <w:rFonts w:ascii="Times New Roman" w:hAnsi="Times New Roman"/>
          <w:b w:val="0"/>
          <w:sz w:val="20"/>
          <w:u w:val="none"/>
        </w:rPr>
        <w:t>Signed, sealed and delivered in the presence of TWO WITNESSES as required by Florida Statute § 689.01:</w:t>
        <w:br/>
        <w:br/>
        <w:t>____________________________________      ____________________________________</w:t>
        <w:br/>
        <w:t>Witness 1 Signature                        Grantor Signature</w:t>
        <w:br/>
        <w:t>Printed Name: _______________________      Printed Name: _______________________</w:t>
        <w:br/>
        <w:br/>
        <w:t>____________________________________</w:t>
        <w:br/>
        <w:t>Witness 2 Signature</w:t>
        <w:br/>
        <w:t>Printed Name: _______________________</w:t>
      </w:r>
    </w:p>
    <w:p>
      <w:r>
        <w:rPr>
          <w:rFonts w:ascii="Times New Roman" w:hAnsi="Times New Roman"/>
          <w:b w:val="0"/>
          <w:sz w:val="20"/>
          <w:u w:val="none"/>
        </w:rPr>
        <w:t>STATE OF FLORIDA, COUNTY OF ____________________</w:t>
        <w:br/>
        <w:t>The foregoing instrument was acknowledged before me this _____ day of __________________, 20____, by ________________________________________, who is personally known to me or produced ________________________________________ as identification.</w:t>
        <w:br/>
        <w:br/>
        <w:t>____________________________________</w:t>
        <w:br/>
        <w:t>Notary Public, State of Florida</w:t>
        <w:br/>
        <w:t>Commission Expires: ________________</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