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INDIANA QUITCLAIM DEED</w:t>
      </w:r>
    </w:p>
    <w:p>
      <w:r>
        <w:t>CONVEYANCE PURSUANT TO INDIANA CODE § 32-21-1-15 &amp; IC § 36-2-11-15</w:t>
      </w:r>
    </w:p>
    <w:p>
      <w:r>
        <w:t>THIS INDENTURE WITNESSETH, that [GRANTOR NAME], of [County] County, in the State of Indiana, RELEASES AND QUITCLAIMS to [GRANTEE NAME], of [County] County, in the State of Indiana, for the sum of Ten Dollars ($10.00) and other valuable consideration, the following described REAL ESTATE in [County] County, Indiana, to wit:</w:t>
      </w:r>
    </w:p>
    <w:p>
      <w:r>
        <w:t>[INSERT COMPLETE LEGAL DESCRIPTION: LOT, BLOCK, PLAT BOOK, AND PAGE AS RECORDED IN THE OFFICE OF THE RECORDER OF [COUNTY] COUNTY, INDIANA]</w:t>
      </w:r>
    </w:p>
    <w:p>
      <w:r>
        <w:t>Parcel Number: [Assessor's Parcel Number]</w:t>
      </w:r>
    </w:p>
    <w:p>
      <w:r>
        <w:t>Commonly known as: [Street Address, City, IN, Zip Code]</w:t>
      </w:r>
    </w:p>
    <w:p>
      <w:r>
        <w:t>IN WITNESS WHEREOF, the Grantor has executed this deed this _____ day of ____________, 20__.</w:t>
      </w:r>
    </w:p>
    <w:p>
      <w:r>
        <w:t>Grantor Signature: _______________________ Printed Name: [Grantor Name]</w:t>
      </w:r>
    </w:p>
    <w:p>
      <w:r>
        <w:t>STATE OF INDIANA, COUNTY OF ______________</w:t>
      </w:r>
    </w:p>
    <w:p>
      <w:r>
        <w:t>Before me, a Notary Public in and for said County and State, personally appeared [Grantor Name], who acknowledged the execution of the foregoing Quitclaim Deed.</w:t>
      </w:r>
    </w:p>
    <w:p>
      <w:r>
        <w:t>Notary Public, State of Indiana: _______________________ Commission Expires: ____________</w:t>
      </w:r>
    </w:p>
    <w:p>
      <w:r>
        <w:t>MANDATORY INDIANA STATUTORY AFFIRMATION STATEMENT (IC § 36-2-11-15):</w:t>
      </w:r>
    </w:p>
    <w:p>
      <w:r>
        <w:t>I affirm, under the penalties for perjury, that I have taken reasonable care to redact each Social Security number in this document, unless required by law.</w:t>
      </w:r>
    </w:p>
    <w:p>
      <w:r>
        <w:t>Preparer Signature: _______________________ Printed Name: [Preparer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