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PENNSYLVANIA STATUTORY POWER OF ATTORNEY</w:t>
      </w:r>
    </w:p>
    <w:p>
      <w:r>
        <w:t>PURSUANT TO 20 PA.C.S. § 5601 (PENNSYLVANIA DECEDENTS, ESTATES AND FIDUCIARIES CODE)</w:t>
      </w:r>
    </w:p>
    <w:p>
      <w:r>
        <w:t>MANDATORY PENNSYLVANIA NOTICE (20 Pa.C.S. § 5601(c)):</w:t>
      </w:r>
    </w:p>
    <w:p>
      <w:r>
        <w:t>THE PURPOSE OF THIS POWER OF ATTORNEY IS TO GIVE THE PERSON YOU DESIGNATE (YOUR 'AGENT') BROAD POWERS TO HANDLE YOUR PROPERTY, WHICH MAY INCLUDE POWERS TO SELL OR OTHERWISE DISPOSE OF ANY REAL OR PERSONAL PROPERTY WITHOUT ADVANCE NOTICE TO YOU OR APPROVAL BY YOU.</w:t>
      </w:r>
    </w:p>
    <w:p>
      <w:r>
        <w:t>DESIGNATION OF AGENT: I, [PRINCIPAL NAME], residing at [Principal Address], Pennsylvania, appoint [AGENT NAME], residing at [Agent Address], as my agent.</w:t>
      </w:r>
    </w:p>
    <w:p>
      <w:r>
        <w:t>GENERAL AUTHORITY: I grant my agent general authority to act on my behalf with respect to subjects authorized by 20 Pa.C.S. § 5602, including Real Estate, Banking, Tax, and Business Operations.</w:t>
      </w:r>
    </w:p>
    <w:p>
      <w:r>
        <w:t>DURABILITY: This power of attorney shall not be affected by my subsequent disability or incapacity.</w:t>
      </w:r>
    </w:p>
    <w:p>
      <w:r>
        <w:t>SIGNATURE &amp; EXECUTION (TWO WITNESSES + NOTARY MANDATORY UNDER PA LAW):</w:t>
      </w:r>
    </w:p>
    <w:p>
      <w:r>
        <w:t>Signed this _____ day of ____________, 20__.</w:t>
      </w:r>
    </w:p>
    <w:p>
      <w:r>
        <w:t>Principal Signature: _______________________</w:t>
      </w:r>
    </w:p>
    <w:p>
      <w:r>
        <w:t>WITNESS 1: Signature: _______________________ Printed: _______________________</w:t>
      </w:r>
    </w:p>
    <w:p>
      <w:r>
        <w:t>WITNESS 2: Signature: _______________________ Printed: _______________________</w:t>
      </w:r>
    </w:p>
    <w:p>
      <w:r>
        <w:t>COMMONWEALTH OF PENNSYLVANIA, COUNTY OF ______________</w:t>
      </w:r>
    </w:p>
    <w:p>
      <w:r>
        <w:t>On this _____ day of ____________, 20__, before me, the undersigned notary, personally appeared [Principal Name], who acknowledged execution of this instrument.</w:t>
      </w:r>
    </w:p>
    <w:p>
      <w:r>
        <w:t>Notary Public: _______________________ Commission Expires: ____________</w:t>
      </w:r>
    </w:p>
    <w:p>
      <w:r>
        <w:t>MANDATORY AGENT'S ACKNOWLEDGMENT (20 Pa.C.S. § 5601(d)):</w:t>
      </w:r>
    </w:p>
    <w:p>
      <w:r>
        <w:t>I, [Agent Name], have read the attached power of attorney and am the person identified as the agent. I acknowledge that I shall act in accordance with the principal's reasonable expectations to the extent known, and otherwise in the principal's best interest.</w:t>
      </w:r>
    </w:p>
    <w:p>
      <w:r>
        <w:t>Agent Signature: _______________________ Date: 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