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MARITAL POSTNUPTIAL PROPERTY AGREEMENT</w:t>
      </w:r>
    </w:p>
    <w:p>
      <w:r>
        <w:t>BINDING SPOUSAL CONTRACT UNDER STATE DOMESTIC RELATIONS LAW</w:t>
      </w:r>
    </w:p>
    <w:p>
      <w:r>
        <w:t>THIS POSTNUPTIAL AGREEMENT is entered into on this _____ day of ____________, 20__, by and between [SPOUSE 1 NAME] ('First Spouse') and [SPOUSE 2 NAME] ('Second Spouse'), collectively referred to as the 'Parties'.</w:t>
      </w:r>
    </w:p>
    <w:p>
      <w:r>
        <w:t>RECITALS: The Parties were married on [Marriage Date] in the City of [City], State of [State], and currently reside as married spouses. The Parties intend to define and settle their respective property rights, separate assets, and financial obligations without contemplating separation or divorce.</w:t>
      </w:r>
    </w:p>
    <w:p>
      <w:r>
        <w:t>1. FULL FINANCIAL DISCLOSURE: Each Party acknowledges having received a fair, full, and accurate disclosure of the financial condition, assets, debts, and income of the other Party as set forth in Exhibit A and Exhibit B attached hereto.</w:t>
      </w:r>
    </w:p>
    <w:p>
      <w:r>
        <w:t>2. INDEPENDENT LEGAL COUNSEL: Each Party acknowledges that they have had the opportunity to consult with independent legal counsel of their choosing prior to executing this Agreement.</w:t>
      </w:r>
    </w:p>
    <w:p>
      <w:r>
        <w:t>3. SEPARATE PROPERTY: All property owned individually prior to this Agreement, or acquired individually by gift or bequest, shall remain the sole and separate property of that respective spouse.</w:t>
      </w:r>
    </w:p>
    <w:p>
      <w:r>
        <w:t>4. WAIVER OF SPOUSAL CLAIMS: Except as explicitly provided herein, each Party releases all rights to claim, equitable distribution, or elective share in the separate estate of the other.</w:t>
      </w:r>
    </w:p>
    <w:p>
      <w:r>
        <w:t>IN WITNESS WHEREOF, the Parties have signed and executed this Agreement voluntarily.</w:t>
      </w:r>
    </w:p>
    <w:p>
      <w:r>
        <w:t>First Spouse Signature: _______________________ Date: ______________</w:t>
      </w:r>
    </w:p>
    <w:p>
      <w:r>
        <w:t>Second Spouse Signature: _______________________ Date: ______________</w:t>
      </w:r>
    </w:p>
    <w:p>
      <w:r>
        <w:t>NOTARY ACKNOWLEDGMENT:</w:t>
      </w:r>
    </w:p>
    <w:p>
      <w:r>
        <w:t>State of ______________, County of ______________</w:t>
      </w:r>
    </w:p>
    <w:p>
      <w:r>
        <w:t>On this _____ day of ____________, 20__, before me personally appeared [Spouse 1] and [Spouse 2], known to me to be the individuals described herein who executed the same.</w:t>
      </w:r>
    </w:p>
    <w:p>
      <w:r>
        <w:t>Notary Public: _______________________ Commission Expires: 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