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32"/>
          <w:u w:val="single"/>
        </w:rPr>
        <w:t>PROPERTY RENT PAYMENT LEDGER</w:t>
      </w:r>
    </w:p>
    <w:p>
      <w:r>
        <w:rPr>
          <w:rFonts w:ascii="Times New Roman" w:hAnsi="Times New Roman"/>
          <w:b w:val="0"/>
          <w:sz w:val="20"/>
          <w:u w:val="none"/>
        </w:rPr>
        <w:t>PROPERTY DETAILS:</w:t>
        <w:br/>
        <w:t>Property Address: __________________________________________________ Unit #: _________</w:t>
        <w:br/>
        <w:t>Tenant Name(s): __________________________________________________ Phone: __________________</w:t>
        <w:br/>
        <w:t>Lease Term: From _______________ To _______________ Monthly Rent Amount: $__________ Due Date: ____ of each month</w:t>
        <w:br/>
        <w:t>Security Deposit Held: $__________ Late Fee Policy: $__________ after _____ days late</w:t>
      </w:r>
    </w:p>
    <w:p>
      <w:r>
        <w:rPr>
          <w:rFonts w:ascii="Times New Roman" w:hAnsi="Times New Roman"/>
          <w:b/>
          <w:sz w:val="22"/>
          <w:u w:val="none"/>
        </w:rPr>
        <w:t>PAYMENT TRACKING RECORD (Keep all receipts and bank deposit confirmations attached):</w:t>
      </w:r>
    </w:p>
    <w:p>
      <w:r>
        <w:rPr>
          <w:rFonts w:ascii="Times New Roman" w:hAnsi="Times New Roman"/>
          <w:b w:val="0"/>
          <w:sz w:val="18"/>
          <w:u w:val="none"/>
        </w:rPr>
        <w:t>DATE DUE | DATE PAID | PERIOD COVERED | RENT DUE | AMOUNT PAID | PAYMENT METHOD | LATE FEE | BALANCE | RECEIVED BY</w:t>
        <w:br/>
        <w:t>---------|-----------|----------------|----------|-------------|----------------|----------|---------|------------</w:t>
        <w:br/>
        <w:t>___/___  | ___/___   | ___/___ - ___  | $_______ | $__________ | Cash/Check/ACH | $_______ | $______ | ___________</w:t>
        <w:br/>
        <w:t>___/___  | ___/___   | ___/___ - ___  | $_______ | $__________ | Cash/Check/ACH | $_______ | $______ | ___________</w:t>
        <w:br/>
        <w:t>___/___  | ___/___   | ___/___ - ___  | $_______ | $__________ | Cash/Check/ACH | $_______ | $______ | ___________</w:t>
        <w:br/>
        <w:t>___/___  | ___/___   | ___/___ - ___  | $_______ | $__________ | Cash/Check/ACH | $_______ | $______ | ___________</w:t>
        <w:br/>
        <w:t>___/___  | ___/___   | ___/___ - ___  | $_______ | $__________ | Cash/Check/ACH | $_______ | $______ | ___________</w:t>
        <w:br/>
        <w:t>___/___  | ___/___   | ___/___ - ___  | $_______ | $__________ | Cash/Check/ACH | $_______ | $______ | ___________</w:t>
        <w:br/>
        <w:t>___/___  | ___/___   | ___/___ - ___  | $_______ | $__________ | Cash/Check/ACH | $_______ | $______ | ___________</w:t>
        <w:br/>
        <w:t>___/___  | ___/___   | ___/___ - ___  | $_______ | $__________ | Cash/Check/ACH | $_______ | $______ | ___________</w:t>
        <w:br/>
        <w:t>___/___  | ___/___   | ___/___ - ___  | $_______ | $__________ | Cash/Check/ACH | $_______ | $______ | ___________</w:t>
        <w:br/>
        <w:t>___/___  | ___/___   | ___/___ - ___  | $_______ | $__________ | Cash/Check/ACH | $_______ | $______ | ___________</w:t>
        <w:br/>
      </w:r>
    </w:p>
    <w:p>
      <w:r>
        <w:rPr>
          <w:rFonts w:ascii="Times New Roman" w:hAnsi="Times New Roman"/>
          <w:b w:val="0"/>
          <w:sz w:val="20"/>
          <w:u w:val="none"/>
        </w:rPr>
        <w:t>LANDLORD / PROPERTY MANAGER VERIFICATION:</w:t>
        <w:br/>
        <w:t>I certify that the above payments reflect the complete financial transaction record for the designated tenancy.</w:t>
        <w:br/>
        <w:t>Signature: ____________________________________ Date: ____________________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